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מנחם בגין כדי לכתוב עליהן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נכון של 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משפטים המביעים רושם אישי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פשוט וצנוע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נהג לחיות בפשטות למרות תפקידו הרם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שותף להסכם שלום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פתיחי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(הקמת ממשלה והנהגת את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(חיית בצניעות למרות התפקיד הרם)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שעוזר לאחרים ומוביל בדרך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הרגשת ביום חתימת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בפנייה - שלום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מה למדתי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הרשים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שאלה אם 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פנייה, לפחות שלושה משפטים, עובדה על בגין, רושם אישי וחתימה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היה ראש ממשלה / חתם הסכם שלום / היה צנוע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בשם הנמען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חתימה בשם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כמה עובדות על בגין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בפתיחים שבדף כבסיס למכתב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כמה מכתבים בכיתה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תתרגלו לכתוב מכתב קצר למנחם בגין, שבו תספרו לו מה למדתם עליו ומה הרשים אתכם. לפני הכתיבה כדאי לזכור כמה עובדות חשובות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  ·  בגין  ·  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עובדות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מנחם בגין היה...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ממשלת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שחקן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היה ידוע אורח חייו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פשוט וצנוע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מפואר ויקר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מסתורי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היה ידוע כאדם צנוע.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מעולם לא היה מעורב בהשגת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פתיחי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שלום מנחם 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למדתי עליך __________ היית מנהיג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הכי הרשים אותי __________ חיית בצניעות.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פתיח למשפט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למדתי עליך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חיית בצניעות למרות התפקיד הרם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הכי הרשים אותי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שעוזר לאחרים ומוביל בדרך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גם אני רוצה להיות...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הרגשת ביום חתימת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הייתי רוצה לשאול אותך...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הקמת ממשלה והנהגת את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שאלה אם רוצים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מה הרשים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לפתוח בפנייה - שלום מנחם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מה למדתי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למנחם בגין. ספרו מה למדתם עליו, מה הרשים אתכם, ומה הייתם רוצים לשאול אותו. אל תשכחו פתיחה וחתימה.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עובדה אחת חשובה על מנחם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לכלול בפתיחת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