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מרכזיות על מנחם בגין כדי לכתוב עליהן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נכון של מכתב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משפטים המביעים רושם אישי 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ראש ממשלת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הסכם שלום עם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פשוט וצנוע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שלום מנחם בגין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נהג לחיות בפשטות למרות תפקידו הרם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שותף להסכם שלום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מפרטים מספיק את הרעיונות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חתימה היא חלק חשוב במכתב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פתיחי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לשאול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פתיח למשפט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(הקמת ממשלה והנהגת את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(חיית בצניעות למרות התפקיד הרם)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(אדם שעוזר לאחרים ומוביל בדרך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(איך הרגשת ביום חתימת השלום)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לפתוח בפנייה - שלום מנחם בגין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מה למדתי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מה הרשים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שאלה אם 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לחתום בשמי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מכתב הכולל פנייה, לפחות שלושה משפטים, עובדה על בגין, רושם אישי וחתימה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כמו: היה ראש ממשלה / חתם הסכם שלום / היה צנוע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בשם הנמען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חתימה בשם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כמה עובדות על בגין לפני תחילת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להשתמש בפתיחים שבדף כבסיס למכתב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כמה מכתבים בכיתה בסיום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לבגין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תתרגלו לכתוב מכתב קצר למנחם בגין, שבו תספרו לו מה למדתם עליו ומה הרשים אתכם. לפני הכתיבה כדאי לזכור כמה עובדות חשובות עליו.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עובדות על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מנחם בגין היה...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ממשלת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שחקן כדורסל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סופר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בגין חתם וקיבל 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הסכם שלום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חוזה סחר עם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הסכם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הסכם 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היה ידוע אורח חייו של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פשוט וצנוע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מפואר ויקר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מסתורי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מלא בבילויים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לכתוב בפתיחת המכתב לבגין?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 מנחם בגין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ביי ביי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ולהתראות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סוף המכתב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היה ידוע כאדם צנוע.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מנחם בגין מעולם לא היה מעורב בהשגת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טוב צריך לכלול לפחות שלושה משפטים.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לחתום בשם בסוף המכתב.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פתיחי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שלום מנחם 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למדתי עליך __________ היית מנהיג חשוב.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הכי הרשים אותי __________ חיית בצניעות.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גם אני __________ להיות אדם צנוע כמוך.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הייתי רוצה __________ אותך איך הרגשת כשחתמת על הסכם השלום.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פתיח למשפט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למדתי עליך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חיית בצניעות למרות התפקיד הרם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הכי הרשים אותי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איך הרגשת ביום חתימת השלום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גם אני רוצה להיות...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הקמת ממשלה והנהגת את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הייתי רוצה לשאול אותך...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אדם שעוזר לאחרים ומוביל בדרך טובה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לכתיבת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שאלה אם רוצים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הרשים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לחתום בשמי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בפנייה - שלום מנחם בגין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מה למדתי עליו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המכתב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מכתב קצר למנחם בגין. ספרו מה למדתם עליו, מה הרשים אתכם, ומה הייתם רוצים לשאול אותו. אל תשכחו פתיחה וחתימה.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עובדה אחת חשובה על מנחם בגין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בפתיחת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בסוף מכתב?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לבגין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